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טקסטים מסוגות שונות (מידעי, סיפורי, מכתב, הוראות) ולהבין את מבנם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ליעדי המסע ולנושאי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והבעת עמדה אישית בעקבות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אסטרטגיות הבנת הנקרא: איתור, הסקה, פרשנות והבעת עמדה – הכרת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(מוצאים תשובה שכתובה במפורש בטקסט, בלי להוסיף מידע משלנו)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את המשמעות של מעשה או משפט, ולמה הוא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(כותבים מה אנחנו חושבים או מרגישים על מה שקראנו, ומנמקים)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אסטרטגיות הבנת הנקרא: איתור, הסקה, פרשנות והבעת עמדה – זיהוי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אסטרטגיות הבנת הנקרא: איתור, הסקה, פרשנות והבעת עמדה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כתובה במפורש בטקסט, למשל 'איפה טיפס עומר ביום הראשון?'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'למה גור הפנדה שנולד קטן וכמעט בלי פרווה יכול לגדול לדוב גדול?' – מבוסס על רמזים.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 המשמעות של המשפט 'הצמרת שלו היא כמו קומה נוספת של היער'?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שמבקשת דעה אישית מנומקת, למשל 'האם הייתם רוצים לטפס על החומה הסינית? למה?' עם תשובה ונימוק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מסע סובב עולם: קריאת יומני מסע מעשרת היעדים – התאמת יעדים לפרטים מהיומן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(בקתת עץ שעומדת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(גמל בשם קינמון שלועס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(טיפוס על החומה הסינית)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(מאות פינגווינים הולכים בשורה וקופצים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(זוהר צפוני בשמיים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(עדר גנו וזברות נודד בשורה ארוכה)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סובב עולם: קריאת יומני מסע מעשרת היעדים – הבנת פרטים מתוך יומני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יער הגשם של האמזונס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חוסך מים בגוף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אדום כתום וחום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לא להבהיל את 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השביל הפך לנהר 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סובב עולם: קריאת יומני מסע מעשרת היעדים – כתיבה והבעת דעה על יעדי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החול היה חם מאוד מהשמש, ולכן היה אסור או קשה ללכת עליו בלי נעליים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ביער חם ולח, ויש הרבה יתושים; התרסיס מונע עקיצות ומחלות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המתייחסת ליעד מסוים מתוך הטקסטים (למשל הרי האלפים, הקוטב הצפוני) ומנמקת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מאגר הטקסטים: סוגות שונות (סיפורי, מידעי, מכתב, הוראות) – היכרות עם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טקסט במאגר יש גם שאלות, משימת כתיבה ומחוון, לא רק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הטקסט מוצג במאגר - נושא מקומות בישראל, סוגה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הנושא שלו הוא המצאות והסוגה היא הוראות/איך זה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מסווג כסוגת סיפור ועוסק בספורט ובחלומות, לא רק במידע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הטקסטים: סוגות שונות (סיפורי, מידעי, מכתב, הוראות) – התאמת טקסט לסוגה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(סיפורי-מידעי)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(סיפורי-מידעי)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(הוראות/איך זה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(הוראות/איך זה 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(מידעי)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הטקסטים: סוגות שונות (סיפורי, מידעי, מכתב, הוראות) – חשיבה על סוגות ומטרתן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 מידעי מוסר עובדות בלבד; טקסט סיפורי-מידעי מספר סיפור ומשלב בתוכו גם מידע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מאפשר לפנות באופן אישי לנמען ולתאר את החוויה והרגשות מנקודת מבט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משפט פתיחה שמציג את הנושא ומזמין להבין תהליך או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יש לציין שתי סוגות שונות, למשל מכתב והוראות, ולהסביר הבדל במבנה או במטרה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מיון שאלות וזיהוי סוגי טקסט – מה זה סוג 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באיתור מחפשים מידע שמופיע ישירות בטקסט, בלי צורך להסיק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בהבעת עמדה מביעים דעה אישית ומנמקים אותה, ואין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בהסקה מחברים בין פרטים בטקסט כדי להבין משהו שלא נאמר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מיון שאלות וזיהוי סוגי טקסט – איזו שאלה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מיון שאלות וזיהוי סוגי טקסט – כותבים וממיינים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בעיון, חוזרים לטקסט ומאתרים מידע, מחליטים איזה סוג שאלה זו, כותבים תשובה במשפט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שדורשת לחבר בין פרטים בטקסט כדי להבין משהו שלא נאמר ישירות, למשל: מה גורם למים בגייזר להתיז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שמבקשת דעה אישית עם נימוק, למשל: לאיזה יעד הייתם הכי רוצים לטוס?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המהפכה העגולה הוא טקסט מסוג הוראות/איך זה עובד, כי הוא מסביר כיצד דבר מה פועל שלב אחר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כתיבה והבעת דעה בעקבות טקסט – זיכרון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על יער 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ראו ביזון ענקי שחצה את הכביש בנחת.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 על אנטארקטיקה.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טיפס על החומה הסינית, לא על פירמידה.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והבעת דעה בעקבות טקסט – התאמת יעדים לפרטים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(גשם כבד הפך את השביל לנהר בוץ)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(ביזון חצה את הכביש בנחת)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(מאות פינגווינים קפצו למים בשורה)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(זוהר צפוני הופיע בשמיים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(גור פנדה התגלגל בדשא כמו כדור פרווה)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והבעת דעה בעקבות טקסט – כתיבה אישית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מעניין שמזכיר את היעד ואת תחושת הכותב/ת, למשל תיאור הבוקר הראשון במקום.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אירוע מהטקסט (למשל הגייזר, הביזון, הפינגווינים) עם מילה המביעה רגש.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הכוללת בחירת יעד מפורש ושני נימוקים מבוססים על פרטים מהטקסט (אקלים, בעלי חיים, חוויה).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עמדה ברורה (קבוצה/יחיד) עם שני נימוקים הגיוניים הקשורים לרעיון המשחק הקבוצתי.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יאקים ונמרי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יעד מתאים ושלושה פריטים הגיוניים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מנומקת, המזכירה אחת מארבע האסטרטגיות ומסבירה מדוע היא מועילה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המזהה שוני במבנה (פנייה אישית מול שלבים מסודרים) ומטרה (שיתוף תחושות מול הסבר תהליך)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לתת דוגמה לשאלת איתור מול שאלת הסקה מתוך טקסט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מצביע/ה על סימנים בטקסט (מבנה, לשון, מטרה) שמעידים על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כותב/ת תשובה שכוללת דעה אישית ולפחות נימוק אחד מבוסס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– שיעור אחד לאסטרטגיות, שיעור-שניים ליעדי המסע, ושיעור אחרון לכתיבה ולמשחק המיון.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של הטקסטים (קצרים יותר, עם תמיכה חזותית) ובגרסת עולים לתלמידים עולים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בקול, בזוגות או במליאה, לפני המענה העצמאי על השאלות, כדי לחזק ביטחון בקריאה.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במחוון הקיים כדי לתת משוב מדויק על משימות הכתיבה וההבעת עמדה.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תעבדו על קריאה מודעת של טקסטים שונים ועל זיהוי סוגי השאלות שנשאלות עליהם. קראו כל טקסט פעמיים – פעם ראשונה להבנה כללית, פעם שנייה כדי לאתר פרטים מדויקים. השתמשו בפוסטר האסטרטגיות כדי לזכור את ארבעת סוגי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אסטרטגיות הבנת הנקרא: איתור, הסקה, פרשנות והבעת עמדה – הכרת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מסבירים את המשמעות של מעשה או משפט, ולמה הוא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כותבים מה אנחנו חושבים או מרגישים על מה שקראנו, ומנמקים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מבינים משהו שלא כתוב במפורש, לפי רמזים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מוצאים תשובה שכתובה במפורש בטקסט, בלי להוסיף מידע משלנו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אסטרטגיות הבנת הנקרא: איתור, הסקה, פרשנות והבעת עמדה – זיהוי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'מה אורזים לטיול באנטארקטיקה?' – התשובה (מעיל עבה, כפפות, משקפי שמש) כתובה במפורש בטקסט.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'למה הפך השביל ביער הגשם לנהר בוץ תוך דקות?' – התשובה לא כתובה במפורש, וצריך להבין לפי הגשם הכבד שירד.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'למה לדעתכם אמר אבא "כאן החיות הן הבוסיות" כשביזון חסם את הכביש בילוסטון?'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'האם הייתם רוצים לטוס לראות את הזוהר הצפוני באיסלנד? נמקו' –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'מה אפשר ללמוד על אופי המדריכה אנה, מכך שביקשה מהקבוצה לדבר בשקט כדי לא להבהיל את החיות?'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'איזה מהיעדים במסע סביב העולם הייתם הכי רוצים לבקר, ולמה?'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אסטרטגיות הבנת הנקרא: איתור, הסקה, פרשנות והבעת עמדה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מהמסע סביב העולם (למשל מזרח אסיה או הגרנד קניון) וכתבו עליו שאלת איתור.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אותו טקסט – שאלה שהתשובה עליה לא כתובה במפורש אבל אפשר להבין אותה מהרמזים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פרשנות על אותו טקסט – שאלה שמסבירה את המשמעות של משפט או מעשה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שאלת הבעת עמדה על אותו טקסט, וענו עליה גם בעצמכם עם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מסע סובב עולם: קריאת יומני מסע מעשרת היעדים – התאמת יעדים לפרטים מהיומן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טיפוס על החומה הסינית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עדר גנו וזברות נודד בשורה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זוהר צפוני בשמיים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בקתת עץ שעומדת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מאות פינגווינים הולכים בשורה וקופצים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הסוואנה של מזרח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גמל בשם קינמון שלועס כל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מסע סובב עולם: קריאת יומני מסע מעשרת היעדים – הבנת פרטים מתוך יומני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יעד המדריכה אנה הסבירה שהצמרת של העץ היא כמו קומה נוספת של היער?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 האלפים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הגמל קינמון יכול ללכת ימים רבים בלי לשתות?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חוסך מים בגוף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שותה בלילה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לא צריך מים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לו בקבוק מים על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צבעים ראו הטיילים על קירות הגרנד קניון?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כתום וחום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 וורוד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המדריך ביקש לדבר בשקט ברכב השטח בסוואנה?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להבהיל את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המדריך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חם מדי בשביל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היה מקום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בשביל ביער הגשם כשירד גשם 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השביל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הבקתה קרסה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חזרו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הגשם לא שינה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מסע סובב עולם: קריאת יומני מסע מעשרת היעדים – כתיבה והבעת דעה על יעדי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אי אפשר היה ללכת יחף בצהריים במדבר סהרה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סיבות לכך שכדאי לקחת תרסיס נגד יתושים למסע ביער הגשם של האמזונס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יעד אחד מהמסע וכתבו 3-4 משפטים: למה הייתם רוצים לבקר שם, ואיזה פריט אחד הייתם לוקחים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מאגר הטקסטים: סוגות שונות (סיפורי, מידעי, מכתב, הוראות) – היכרות עם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הטקסטים יש רק את הטקסט עצמו, בלי שאלות ובלי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'מכתב מן המכתש' שייך לנושא מקומות בישראל וכתוב בסוגת 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'המהפכה העגולה' עוסק בהמצאות וכתוב כטקסט הוראות שמסביר איך משהו עובד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'כדורסל – משחק של קבוצה וחלומות גדולים' כתוב כטקסט מידעי יבש, בלי עלילה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מאגר הטקסטים: סוגות שונות (סיפורי, מידעי, מכתב, הוראות) – התאמת טקסט לסוגה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הוראות/איך זה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תוף תוף תוף – הלב רץ איתנו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הוראות/איך זה 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קורה בתוך גרעין התירס?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סיפורי-מידעי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קודם האור, אחר כך הרעש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סיפורי-מידעי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הטקסטים: סוגות שונות (סיפורי, מידעי, מכתב, הוראות) – חשיבה על סוגות ומטרתן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מה ההבדל בין טקסט מידעי לטקסט סיפורי-מידעי?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מתאים לכתוב דווקא בסוגת מכתב על ביקור במכתש רמון?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פתיחה אחד לטקסט הוראות שמסביר איך גלגל עובד, בהשראת 'המהפכה העגולה'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 טקסטים מהמאגר מסוגות שונות וכתבו במה הסוגות שלהם שונות זו מזו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מיון שאלות וזיהוי סוגי טקסט – מה זה סוג שאלה?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היא שאלה שהתשובה עליה כתובה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הבעת עמדה היא שאלה שיש לה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איזו שאלה זו ממיינים שאלות לפי הסוג שלהן ואוספים 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הסקה מבקשת להבין משהו שלא נכתב במפורש, בעזרת רמזים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מיון שאלות וזיהוי סוגי טקסט – איזו שאלה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על יער הגשם של האמזונס: מי הייתה המדריכה שליוותה את הקבוצה?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הטקסט מאיסלנד מספר שהמשפחה ארזה מעיל פוך וכפפות עבות - מה אפשר להסיק מכך על מזג האוויר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אבא בטקסט מהגרנד קניון אמר שהחיות הן הבוסיות, כשביזון חצה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האם כדאי לבקר באנטארקטיקה בקיץ? נמקו -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ראו המטיילים כשהגיעו לגייזר המפורסם בילוסטון?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בטקסט נכתב שאת קול קופי היללן שומעים מרחוק מאוד - מה אפשר להסיק מכך על עוצמת הקול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מיון שאלות וזיהוי סוגי טקסט – כותבים וממיינים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הסדר הנכון: קוראים את השאלה בעיון / חוזרים לטקסט ומאתרים מידע רלוונטי / מחליטים איזה סוג שאלה זו / כותבים תשובה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אחת על הטקסט מהקוטב הצפוני ואיסלנד (למשל על הזוהר הצפוני או הגייזר)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הבעת עמדה אחת על אחד מיעדי המסע שקראתם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טקסט אחד ממאגר הטקסטים וכתבו לאיזה סוג טקסט הוא שייך (הוראות, מכתב, מידעי או סיפור) ונמקו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כתיבה והבעת דעה בעקבות טקסט – זיכרון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המסע ביער הגשם של האמזונס, גשם כבד הפך את השביל לנהר בוץ.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על הגרנד קניון וילוסטון, המטיילים ראו דב קוטב חוצה את הכביש בדרך חזרה.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הפינגווינים הלכו בשורה וקפצו למים אחד אחרי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על מזרח אסיה, הילד טיפס על אחת הפירמידות בגיזה.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כתיבה והבעת דעה בעקבות טקסט – התאמת יעדים לפרטים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 פנדה התגלגל בדשא כמו כדור פרווה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זוהר צפוני הופיע בשמיים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גשם כבד הפך את השביל לנהר בוץ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ביזון חצה את הכביש בנחת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מאות פינגווינים קפצו למים בשורה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והבעת דעה בעקבות טקסט – כתיבה אישית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ליומן מסע דמיוני, מיעד שבחרתם מתוך מסע סובב עולם.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בשני משפטים רגע מרגש אחד מתוך אחד מיומני המסע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יעד אחד מהמסע וכתבו פסקה קצרה (4-5 משפטים): לאיזה יעד הייתם הכי רוצים לטוס, ולמה. נמקו בשני נימוקים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בטקסט על הכדורסל מהמאגר נכתב על משחק של קבוצה וחלומות גדולים. כתבו את דעתכם: האם חשוב יותר להצליח כקבוצה או להצטיין כיחיד? נמקו בשני משפטים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האסטרטגיה ״איתור״?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 דברים שלא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יעד במסע סובב עולם נמצא ביבשת 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סהרה ופירמידות גיזה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הקוטב הצפוני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הסוגה של הטקסט ״מכתב מן המכתש״?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יעדים יש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יעד פוגשים פינגווינים וקרחונים?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הסוואנה של מזרח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הגשם של האמזונס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אם שאלה מבקשת להסביר למה קרה משהו שלא נכתב במפורש, איזו אסטרטגיה צריך להפעיל?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בטקסט על הרי ההימלאיה מוזכרים בעלי חיים מסוימים. איזה זוג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פנדות ותוכים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יאקים ונמרי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קנגורו ואלמוגים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זברות וגנו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מיעדי המסע סביב העולם וכתבו שלושה דברים שהייתם אורזים אליו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לדעתכם האסטרטגיה השימושית ביותר להבנת הנקרא – איתור, הסקה, פרשנות או הבעת עמדה? הסבירו בשתיים-שלוש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טקסט מסוג ״מכתב״ לטקסט מסוג ״הוראות״ ממאגר הטקסטים: במה הם דומים ובמה הם שונים?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שאלת איתור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אם טקסט הוא מידעי, סיפורי או מכתב, ולהסביר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לכתוב תשובה מנומקת שמביעה עמדה אישית בעקבות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