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בארבעת סוגי השאלות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טקסטים מסוגות שונות (מידעי, סיפורי, מכתב, הוראות) ולהבין את מבנם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ליעדי המסע ולנושאי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והבעת עמדה אישית בעקבות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אסטרטגיות הבנת הנקרא: איתור, הסקה, פרשנות והבעת עמדה – הכרת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(מוצאים תשובה שכתובה במפורש בטקסט, בלי להוסיף מידע משלנו)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(מבינים משהו שלא כתוב במפורש,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(מסבירים את המשמעות של מעשה או משפט, ולמה הוא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(כותבים מה אנחנו חושבים או מרגישים על מה שקראנו, ומנמקים)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אסטרטגיות הבנת הנקרא: איתור, הסקה, פרשנות והבעת עמדה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אסטרטגיות הבנת הנקרא: איתור, הסקה, פרשנות והבעת עמדה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שהתשובה עליה כתובה במפורש בטקסט, למשל 'איפה טיפס עומר ביום הראשון?'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'למה גור הפנדה שנולד קטן וכמעט בלי פרווה יכול לגדול לדוב גדול?' – מבוסס על רמזים.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מה המשמעות של המשפט 'הצמרת שלו היא כמו קומה נוספת של היער'?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שמבקשת דעה אישית מנומקת, למשל 'האם הייתם רוצים לטפס על החומה הסינית? למה?' עם תשובה ונימוק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מסע סובב עולם: קריאת יומני מסע מעשרת היעדים – התאמת יעדים לפרטים מהיומן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(בקתת עץ שעומדת על עמודים מעל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(גמל בשם קינמון שלועס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(טיפוס על החומה הסינית)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(מאות פינגווינים הולכים בשורה וקופצים 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(זוהר צפוני בשמיים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(עדר גנו וזברות נודד בשורה ארוכה)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מסע סובב עולם: קריאת יומני מסע מעשרת היעדים – הבנת פרטים מתוך יומני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יער הגשם של האמזונס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הוא חוסך מים בגוף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אדום כתום וחום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לא להבהיל את החיות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השביל הפך לנהר 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מסע סובב עולם: קריאת יומני מסע מעשרת היעדים – כתיבה והבעת דעה על יעדי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החול היה חם מאוד מהשמש, ולכן היה אסור או קשה ללכת עליו בלי נעליים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ביער חם ולח, ויש הרבה יתושים; התרסיס מונע עקיצות ומחלות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המתייחסת ליעד מסוים מתוך הטקסטים (למשל הרי האלפים, הקוטב הצפוני) ומנמקת בחירה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מאגר הטקסטים: סוגות שונות (סיפורי, מידעי, מכתב, הוראות) – היכרות עם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טקסט במאגר יש גם שאלות, משימת כתיבה ומחוון, לא רק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הטקסט מוצג במאגר - נושא מקומות בישראל, סוגה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הנושא שלו הוא המצאות והסוגה היא הוראות/איך זה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מסווג כסוגת סיפור ועוסק בספורט ובחלומות, לא רק במידע יבש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מאגר הטקסטים: סוגות שונות (סיפורי, מידעי, מכתב, הוראות) – התאמת טקסט לסוגה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(סיפורי-מידעי)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(סיפורי-מידעי)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(הוראות/איך זה 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(הוראות/איך זה 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(מידעי)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הטקסטים: סוגות שונות (סיפורי, מידעי, מכתב, הוראות) – חשיבה על סוגות ומטרתן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 מידעי מוסר עובדות בלבד; טקסט סיפורי-מידעי מספר סיפור ומשלב בתוכו גם מידע עובדתי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מאפשר לפנות באופן אישי לנמען ולתאר את החוויה והרגשות מנקודת מבט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משפט פתיחה שמציג את הנושא ומזמין להבין תהליך או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יש לציין שתי סוגות שונות, למשל מכתב והוראות, ולהסביר הבדל במבנה או במטרה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מיון שאלות וזיהוי סוגי טקסט – מה זה סוג 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באיתור מחפשים מידע שמופיע ישירות בטקסט, בלי צורך להסיק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בהבעת עמדה מביעים דעה אישית ומנמקים אותה, ואין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שעושים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בהסקה מחברים בין פרטים בטקסט כדי להבין משהו שלא נאמר ישירות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מיון שאלות וזיהוי סוגי טקסט – איזו שאלה זו?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מיון שאלות וזיהוי סוגי טקסט – כותבים וממיינים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בעיון, חוזרים לטקסט ומאתרים מידע, מחליטים איזה סוג שאלה זו, כותבים תשובה במשפט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שדורשת לחבר בין פרטים בטקסט כדי להבין משהו שלא נאמר ישירות, למשל: מה גורם למים בגייזר להתיז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שמבקשת דעה אישית עם נימוק, למשל: לאיזה יעד הייתם הכי רוצים לטוס? נמקו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המהפכה העגולה הוא טקסט מסוג הוראות/איך זה עובד, כי הוא מסביר כיצד דבר מה פועל שלב אחר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כתיבה והבעת דעה בעקבות טקסט – זיכרון פרטים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 על יער הגשם.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ראו ביזון ענקי שחצה את הכביש בנחת.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 על אנטארקטיקה.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טיפס על החומה הסינית, לא על פירמידה.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כתיבה והבעת דעה בעקבות טקסט – התאמת יעדים לפרטים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(גשם כבד הפך את השביל לנהר 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(ביזון חצה את הכביש בנחת)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(מאות פינגווינים קפצו למים בשורה)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(זוהר צפוני הופיע בשמיים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(גור פנדה התגלגל בדשא כמו כדור פרווה)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והבעת דעה בעקבות טקסט – כתיבה אישית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מעניין שמזכיר את היעד ואת תחושת הכותב/ת, למשל תיאור הבוקר הראשון במקום.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אירוע מהטקסט (למשל הגייזר, הביזון, הפינגווינים) עם מילה המביעה רגש.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הכוללת בחירת יעד מפורש ושני נימוקים מבוססים על פרטים מהטקסט (אקלים, בעלי חיים, חוויה).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עמדה ברורה (קבוצה/יחיד) עם שני נימוקים הגיוניים הקשורים לרעיון המשחק הקבוצתי.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למצוא מידע שכתוב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מדבר סהרה ופירמידות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אנטארקטיקה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יאקים ונמרי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יעד מתאים ושלושה פריטים הגיוניים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מנומקת, המזכירה אחת מארבע האסטרטגיות ומסבירה מדוע היא מועילה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המזהה שוני במבנה (פנייה אישית מול שלבים מסודרים) ומטרה (שיתוף תחושות מול הסבר תהליך)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לתת דוגמה לשאלת איתור מול שאלת הסקה מתוך טקסט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מצביע/ה על סימנים בטקסט (מבנה, לשון, מטרה) שמעידים על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כותב/ת תשובה שכוללת דעה אישית ולפחות נימוק אחד מבוסס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כמה שיעורים – שיעור אחד לאסטרטגיות, שיעור-שניים ליעדי המסע, ושיעור אחרון לכתיבה ולמשחק המיון.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חנ״מ של הטקסטים (קצרים יותר, עם תמיכה חזותית) ובגרסת עולים לתלמידים עולים חדשים.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בקול, בזוגות או במליאה, לפני המענה העצמאי על השאלות, כדי לחזק ביטחון בקריאה.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במחוון הקיים כדי לתת משוב מדויק על משימות הכתיבה וההבעת עמדה.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תקראו טקסטים קצרים ותענו על שאלות. קראו לאט, פעמיים. זכרו: יש שאלות של איתור, יש של הסקה, יש של פרשנות ויש של הבעת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מידע שכתוב במפורש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דבר שלא כתוב במפורש אבל אפשר להבין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של משמעות עמוקה יותר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דעה אישית מנומקת על הנושא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במסע סביב העולם שיש עליו טקסט ושאלות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הכתוב כרשומות יום-יום של מטייל או מטיילת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להעביר עובדות וידע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סיפורי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סיפור עם דמויות ועלילה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להערכת תשובה, שמפרט מה צריך להופיע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חותמת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בדרכון האישי שמעיד על השלמת יעד או 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אסטרטגיות הבנת הנקרא: איתור, הסקה, פרשנות והבעת עמדה – הכרת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מה אנחנו חושבים או מרגישים על מה שקראנו, ומנמקים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מסבירים את המשמעות של מעשה או משפט, ולמה הוא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מבינים משהו שלא כתוב במפורש, לפי רמזים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מוצאים תשובה שכתובה במפורש בטקסט, בלי להוסיף מידע משלנו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אסטרטגיות הבנת הנקרא: איתור, הסקה, פרשנות והבעת עמדה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שאלה זו, כשהתשובה כתובה במפורש?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שאלה דורש להבין לפי רמזים?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שאלה מסבירה את המשמעות של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שאלה מבקשת דעה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שאלה מסבירה מה מעשה מגלה עלינו?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סוג שאלה שואלת מה הייתם רוצים ולמה?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אסטרטגיות הבנת הנקרא: איתור, הסקה, פרשנות והבעת עמדה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אחד מהמסע סביב העולם (למשל מזרח אסיה או הגרנד קניון) וכתבו עליו שאלת איתור.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על אותו טקסט – שאלה שהתשובה עליה לא כתובה במפורש אבל אפשר להבין אותה מהרמזים 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פרשנות על אותו טקסט – שאלה שמסבירה את המשמעות של משפט או מעשה 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שאלת הבעת עמדה על אותו טקסט, וענו עליה גם בעצמכם עם נימוק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מסע סובב עולם: קריאת יומני מסע מעשרת היעדים – התאמת יעדים לפרטים מהיומן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זוהר צפוני בשמיים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מדבר סהרה ופירמידות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מאות פינגווינים הולכים בשורה וקופצים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מזרח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בקתת עץ שעומדת על עמודים מעל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עדר גנו וזברות נודד בשורה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טיפוס על החומה הסינית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הסוואנה של מזרח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גמל בשם קינמון שלועס כל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מסע סובב עולם: קריאת יומני מסע מעשרת היעדים – הבנת פרטים מתוך יומני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אנה סיפרה על קומה נוספת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יער הגשם של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 האלפים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בגוף של הגמל?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חוסך מים בגוף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שותה בלילה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לא צריך מים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לו בקבוק מים על הגב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צבעים היו בקירות הקניון?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 כתום וחום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 וורוד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ביקשו לדבר בשקט?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להבהיל את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המדריך 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חם מדי בשביל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היה מקום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לשביל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השביל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הבקתה קרסה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חזרו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הגשם לא שינה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מסע סובב עולם: קריאת יומני מסע מעשרת היעדים – כתיבה והבעת דעה על יעדי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אי אפשר היה ללכת יחף בצהריים במדבר סהרה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סיבות לכך שכדאי לקחת תרסיס נגד יתושים למסע ביער הגשם של האמזונס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יעד אחד מהמסע וכתבו 3-4 משפטים: למה הייתם רוצים לבקר שם, ואיזה פריט אחד הייתם לוקחים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מאגר הטקסטים: סוגות שונות (סיפורי, מידעי, מכתב, הוראות) – היכרות עם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הטקסטים יש רק את הטקסט עצמו, בלי שאלות ובלי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'מכתב מן המכתש' שייך לנושא מקומות בישראל וכתוב בסוגת מכתב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'המהפכה העגולה' עוסק בהמצאות וכתוב כטקסט הוראות שמסביר איך משהו עובד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'כדורסל – משחק של קבוצה וחלומות גדולים' כתוב כטקסט מידעי יבש, בלי עלילה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מאגר הטקסטים: סוגות שונות (סיפורי, מידעי, מכתב, הוראות) – התאמת טקסט לסוגה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סיפורי-מידעי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תוף תוף תוף – הלב רץ איתנו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הוראות/איך זה 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הוראות/איך זה 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קורה בתוך גרעין התירס?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סיפורי-מידעי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קודם האור, אחר כך הרעש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הטקסטים: סוגות שונות (סיפורי, מידעי, מכתב, הוראות) – חשיבה על סוגות ומטרתן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מה ההבדל בין טקסט מידעי לטקסט סיפורי-מידעי?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מתאים לכתוב דווקא בסוגת מכתב על ביקור במכתש רמון?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פתיחה אחד לטקסט הוראות שמסביר איך גלגל עובד, בהשראת 'המהפכה העגולה'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שני טקסטים מהמאגר מסוגות שונות וכתבו במה הסוגות שלהם שונות זו מזו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מיון שאלות וזיהוי סוגי טקסט – מה זה סוג שאלה?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איתור היא שאלה שהתשובה עליה כתובה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הבעת עמדה היא שאלה שיש לה תשובה אחת נכונה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איזו שאלה זו ממיינים שאלות לפי הסוג שלהן ואוספים 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הסקה מבקשת להבין משהו שלא נכתב במפורש, בעזרת רמזים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מיון שאלות וזיהוי סוגי טקסט – איזו שאלה זו?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התשובה לשאלה הזאת כתובה ישירות בטקסט -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אורזים בגדים חמים מאוד, מה אפשר להבין על מזג האוויר?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אבא אמר את המשפט הזה?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זו שאלה שמבקשת את הדעה האישית שלכם -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התשובה כתובה בטקסט בבירור -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אם שומעים אותם מרחוק מאוד, מה זה אומר על הקול שלהם?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מיון שאלות וזיהוי סוגי טקסט – כותבים וממיינים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לפי הסדר הנכון: קוראים את השאלה בעיון / חוזרים לטקסט ומאתרים מידע רלוונטי / מחליטים איזה סוג שאלה זו / כותבים תשובה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אחת על הטקסט מהקוטב הצפוני ואיסלנד (למשל על הזוהר הצפוני או הגייזר)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הבעת עמדה אחת על אחד מיעדי המסע שקראתם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טקסט אחד ממאגר הטקסטים וכתבו לאיזה סוג טקסט הוא שייך (הוראות, מכתב, מידעי או סיפור) ונמקו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כתיבה והבעת דעה בעקבות טקסט – זיכרון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המסע ביער הגשם של האמזונס, גשם כבד הפך את השביל לנהר בוץ.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על הגרנד קניון וילוסטון, המטיילים ראו דב קוטב חוצה את הכביש בדרך חזרה.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באנטארקטיקה הפינגווינים הלכו בשורה וקפצו למים אחד אחרי השני.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על מזרח אסיה, הילד טיפס על אחת הפירמידות בגיזה.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כתיבה והבעת דעה בעקבות טקסט – התאמת יעדים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מאות פינגווינים קפצו למים בשורה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הגרנד קניון וילוסטון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גשם כבד הפך את השביל לנהר בוץ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 פנדה התגלגל בדשא כמו כדור פרווה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ביזון חצה את הכביש בנחת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מזרח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זוהר צפוני הופיע בשמיים בלילה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והבעת דעה בעקבות טקסט – כתיבה אישית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ליומן מסע דמיוני, מיעד שבחרתם מתוך מסע סובב עולם.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בשני משפטים רגע מרגש אחד מתוך אחד מיומני המסע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יעד אחד מהמסע וכתבו פסקה קצרה (4-5 משפטים): לאיזה יעד הייתם הכי רוצים לטוס, ולמה. נמקו בשני נימוקים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בטקסט על הכדורסל מהמאגר נכתב על משחק של קבוצה וחלומות גדולים. כתבו את דעתכם: האם חשוב יותר להצליח כקבוצה או להצטיין כיחיד? נמקו בשני משפטים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״איתור״?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מידע שכתוב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לנחש דברים שלא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נמצאת סהרה?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 ההימלאיה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 סהרה ופירמידות גיזה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הקוטב הצפוני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הגשם של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מקומות מבקרים?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יש 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הסוואנה של מזרח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הגשם של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כשהתשובה לא כתובה ישירות?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אילו חיות יש בהימלאיה?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פנדות ותוכים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יאקים ונמרי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קנגורו ואלמוגים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זברות וגנו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מיעדי המסע סביב העולם וכתבו שלושה דברים שהייתם אורזים אליו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לדעתכם האסטרטגיה השימושית ביותר להבנת הנקרא – איתור, הסקה, פרשנות או הבעת עמדה? הסבירו בשתיים-שלוש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טקסט מסוג ״מכתב״ לטקסט מסוג ״הוראות״ ממאגר הטקסטים: במה הם דומים ובמה הם שונים?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להבדיל בין שאלת איתור לשאלת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לזהות אם טקסט הוא מידעי, סיפורי או מכתב, ולהסביר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לכתוב תשובה מנומקת שמביעה עמדה אישית בעקבות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במסע: הבנת הנקרא ואסטרטגיות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