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קוראים במסע: הבנת הנקרא ואסטרטגיות קריאה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ולהשתמש בארבעת סוגי השאלות בהבנת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טקסטים מסוגות שונות (מידעי, סיפורי, מכתב, הוראות) ולהבין את מבנם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ליעדי המסע ולנושאי הטקסטים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תשובה מנומקת והבעת עמדה אישית בעקבות 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אסטרטגיות הבנת הנקרא: איתור, הסקה, פרשנות והבעת עמדה – הכרת הסוגים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(מוצאים תשובה שכתובה במפורש בטקסט, בלי להוסיף מידע משלנו)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(מבינים משהו שלא כתוב במפורש, לפי רמזים בטקסט)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(מסבירים את המשמעות של מעשה או משפט, ולמה הוא קרה)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(כותבים מה אנחנו חושבים או מרגישים על מה שקראנו, ומנמקים)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אסטרטגיות הבנת הנקרא: איתור, הסקה, פרשנות והבעת עמדה – זיהוי סוג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איתור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פרשנות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אסטרטגיות הבנת הנקרא: איתור, הסקה, פרשנות והבעת עמדה – כותבים שאלות משלנו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שהתשובה עליה כתובה במפורש בטקסט, למשל 'איפה טיפס עומר ביום הראשון?'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מסע סובב עולם: קריאת יומני מסע מעשרת היעדים – התאמת יעדים לפרטים מהיומן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(בקתת עץ שעומדת על עמודים מעל המים)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(גמל בשם קינמון שלועס כל הזמן)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(טיפוס על החומה הסינית)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(מאות פינגווינים הולכים בשורה וקופצים למים)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מסע סובב עולם: קריאת יומני מסע מעשרת היעדים – הבנת פרטים מתוך יומני המסע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יער הגשם של האמזונס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כי הוא חוסך מים בגוף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מסע סובב עולם: קריאת יומני מסע מעשרת היעדים – כתיבה והבעת דעה על יעדי המסע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מאגר הטקסטים: סוגות שונות (סיפורי, מידעי, מכתב, הוראות) – היכרות עם הסוגות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לכל טקסט במאגר יש גם שאלות, משימת כתיבה ומחוון, לא רק את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הטקסט מוצג במאגר - נושא מקומות בישראל, סוגה מכתב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מאגר הטקסטים: סוגות שונות (סיפורי, מידעי, מכתב, הוראות) – התאמת טקסט לסוגה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(סיפורי-מידעי)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(הוראות/איך זה עובד)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(מידעי)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מאגר הטקסטים: סוגות שונות (סיפורי, מידעי, מכתב, הוראות) – חשיבה על סוגות ומטרתן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טקסט מידעי מוסר עובדות בלבד; טקסט סיפורי-מידעי מספר סיפור ומשלב בתוכו גם מידע עובדתי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- משפט פתיחה שמציג את הנושא ומזמין להבין תהליך או שלבים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מיון שאלות וזיהוי סוגי טקסט – מה זה סוג שאלה?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באיתור מחפשים מידע שמופיע ישירות בטקסט, בלי צורך להסיק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בהבעת עמדה מביעים דעה אישית ומנמקים אותה, ואין תשובה אחת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בדיוק מה שעושים במשחק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מיון שאלות וזיהוי סוגי טקסט – איזו שאלה זו?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איתור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הבעת עמדה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מיון שאלות וזיהוי סוגי טקסט – כותבים וממיינים בעצמנו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המהפכה העגולה הוא טקסט מסוג הוראות/איך זה עובד, כי הוא מסביר כיצד דבר מה פועל שלב אחר שלב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5 · כתיבה והבעת דעה בעקבות טקסט – זיכרון פרטים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בטקסט על יער הגשם.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הם ראו ביזון ענקי שחצה את הכביש בנחת.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בטקסט על אנטארקטיקה.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כתיבה והבעת דעה בעקבות טקסט – התאמת יעדים לפרטים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(גשם כבד הפך את השביל לנהר בוץ)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(ביזון חצה את הכביש בנחת)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כתיבה והבעת דעה בעקבות טקסט – כתיבה אישית והבעת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פתיחה מעניין שמזכיר את היעד ואת תחושת הכותב/ת, למשל תיאור הבוקר הראשון במקום.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קצר של אירוע מהטקסט (למשל הגייזר, הביזון, הפינגווינים) עם מילה המביעה רגש.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חזרה מסכמת – שאלות מגוונות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למצוא מידע שכתוב במפורש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מדבר סהרה ופירמידות גיזה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מכתב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חזרה מסכמת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הכוללת יעד מתאים ושלושה פריטים הגיוניים עם הסבר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תלמיד/ה מצליח/ה לתת דוגמה לשאלת איתור מול שאלת הסקה מתוך טקסט שקראו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תלמיד/ה מצביע/ה על סימנים בטקסט (מבנה, לשון, מטרה) שמעידים על סוג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תלמיד/ה כותב/ת תשובה שכוללת דעה אישית ולפחות נימוק אחד מבוסס על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לפרוס את החוברת על פני כמה שיעורים – שיעור אחד לאסטרטגיות, שיעור-שניים ליעדי המסע, ושיעור אחרון לכתיבה ולמשחק המיון.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להשתמש בגרסת חנ״מ של הטקסטים (קצרים יותר, עם תמיכה חזותית) ובגרסת עולים לתלמידים עולים חדשים.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קריאה בקול, בזוגות או במליאה, לפני המענה העצמאי על השאלות, כדי לחזק ביטחון בקריאה.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במחוון הקיים כדי לתת משוב מדויק על משימות הכתיבה וההבעת עמדה.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קוראים במסע: הבנת הנקרא ואסטרטגיות קריאה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הזו תעבדו על קריאה מודעת של טקסטים שונים ועל זיהוי סוגי השאלות שנשאלות עליהם. קראו כל טקסט פעמיים – פעם ראשונה להבנה כללית, פעם שנייה כדי לאתר פרטים מדויקים. השתמשו בפוסטר האסטרטגיות כדי לזכור את ארבעת סוגי השאלות.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אסטרטגיות הבנת הנקרא: איתור, הסקה, פרשנות והבעת עמדה – הכרת הסוגים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איתור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מסבירים את המשמעות של מעשה או משפט, ולמה הוא קרה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הסקה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מוצאים תשובה שכתובה במפורש בטקסט, בלי להוסיף מידע משלנו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פרשנות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כותבים מה אנחנו חושבים או מרגישים על מה שקראנו, ומנמקים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הבעת עמדה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מבינים משהו שלא כתוב במפורש, לפי רמזים בטקסט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אסטרטגיות הבנת הנקרא: איתור, הסקה, פרשנות והבעת עמדה – זיהוי סוג השאלה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'מה אורזים לטיול באנטארקטיקה?' – התשובה (מעיל עבה, כפפות, משקפי שמש) כתובה במפורש בטקסט. איזו שאלה 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פרשנות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'למה הפך השביל ביער הגשם לנהר בוץ תוך דקות?' – התשובה לא כתובה במפורש, וצריך להבין לפי הגשם הכבד שירד. איזו שאלה 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פרשנות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'למה לדעתכם אמר אבא "כאן החיות הן הבוסיות" כשביזון חסם את הכביש בילוסטון?' איזו שאלה 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פרשנות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אסטרטגיות הבנת הנקרא: איתור, הסקה, פרשנות והבעת עמדה – כותבים שאלות משלנו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טקסט אחד מהמסע סביב העולם (למשל מזרח אסיה או הגרנד קניון) וכתבו עליו שאלת איתור.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מסע סובב עולם: קריאת יומני מסע מעשרת היעדים – התאמת יעדים לפרטים מהיומן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יער הגשם של האמזונס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מאות פינגווינים הולכים בשורה וקופצים למים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מדבר סהרה ופירמידות גיזה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טיפוס על החומה הסינית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מזרח אסיה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בקתת עץ שעומדת על עמודים מעל המים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אנטארקטיקה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גמל בשם קינמון שלועס כל הזמן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מסע סובב עולם: קריאת יומני מסע מעשרת היעדים – הבנת פרטים מתוך יומני המסע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יעד המדריכה אנה הסבירה שהצמרת של העץ היא כמו קומה נוספת של היער?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יער הגשם של האמזונס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מדבר סהרה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אנטארקטיקה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הגמל קינמון יכול ללכת ימים רבים בלי לשתות?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הוא חוסך מים בגוף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הוא שותה בלילה בסתר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הוא לא צריך מים בכלל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מסע סובב עולם: קריאת יומני מסע מעשרת היעדים – כתיבה והבעת דעה על יעדי המסע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3 · מאגר הטקסטים: סוגות שונות (סיפורי, מידעי, מכתב, הוראות) – היכרות עם הסוגות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במאגר הטקסטים יש רק את הטקסט עצמו, בלי שאלות ובלי משימות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הטקסט 'מכתב מן המכתש' שייך לנושא מקומות בישראל וכתוב בסוגת מכתב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מאגר הטקסטים: סוגות שונות (סיפורי, מידעי, מכתב, הוראות) – התאמת טקסט לסוגה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לילה אחד על החוף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הוראות/איך זה עובד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מכתב מן המכתש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מידעי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המהפכה העגולה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קודם האור, אחר כך הרעש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סיפורי-מידעי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מאגר הטקסטים: סוגות שונות (סיפורי, מידעי, מכתב, הוראות) – חשיבה על סוגות ומטרתן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שלכם: מה ההבדל בין טקסט מידעי לטקסט סיפורי-מידעי?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משפט פתיחה אחד לטקסט הוראות שמסביר איך גלגל עובד, בהשראת 'המהפכה העגולה'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4 · מיון שאלות וזיהוי סוגי טקסט – מה זה סוג שאלה?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שאלת איתור היא שאלה שהתשובה עליה כתובה במפורש בטקסט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שאלת הבעת עמדה היא שאלה שיש לה תשובה אחת נכונה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במשחק איזו שאלה זו ממיינים שאלות לפי הסוג שלהן ואוספים כוכבים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מיון שאלות וזיהוי סוגי טקסט – איזו שאלה זו?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בטקסט על יער הגשם של האמזונס: מי הייתה המדריכה שליוותה את הקבוצה? איזה סוג שאלה 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פרשנות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לדעתכם, האם כדאי לבקר באנטארקטיקה בקיץ? נמקו - איזה סוג שאלה 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הבעת עמדה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מיון שאלות וזיהוי סוגי טקסט – כותבים וממיינים בעצמנו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טקסט אחד ממאגר הטקסטים וכתבו לאיזה סוג טקסט הוא שייך (הוראות, מכתב, מידעי או סיפור) ונמקו בקצרה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5 · כתיבה והבעת דעה בעקבות טקסט – זיכרון פרטים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ביומן המסע ביער הגשם של האמזונס, גשם כבד הפך את השביל לנהר בוץ.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בטקסט על הגרנד קניון וילוסטון, המטיילים ראו דב קוטב חוצה את הכביש בדרך חזרה.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באנטארקטיקה הפינגווינים הלכו בשורה וקפצו למים אחד אחרי השני.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5 · כתיבה והבעת דעה בעקבות טקסט – התאמת יעדים לפרטים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יער הגשם של האמזונס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ביזון חצה את הכביש בנחת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הגרנד קניון וילוסטון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גשם כבד הפך את השביל לנהר בוץ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כתיבה והבעת דעה בעקבות טקסט – כתיבה אישית והבעת עמדה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פתיחה ליומן מסע דמיוני, מיעד שבחרתם מתוך מסע סובב עולם.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תארו בשני משפטים רגע מרגש אחד מתוך אחד מיומני המסע שקראתם.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חזרה מסכמת – שאלות מגוונות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המשמעות של האסטרטגיה ״איתור״?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למצוא מידע שכתוב במפורש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לנחש דברים שלא כתובים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להביע דעה 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יעד במסע סובב עולם נמצא ביבשת אפריקה?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הרי ההימלאיה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מדבר סהרה ופירמידות גיזה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הקוטב הצפוני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מהי הסוגה של הטקסט ״מכתב מן המכתש״?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הוראות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חזרה מסכמת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אחד מיעדי המסע סביב העולם וכתבו שלושה דברים שהייתם אורזים אליו ולמה.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יודע/ת להבדיל בין שאלת איתור לשאלת הסקה?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יכול/ה לזהות אם טקסט הוא מידעי, סיפורי או מכתב, ולהסביר 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קוראים במסע: הבנת הנקרא ואסטרטגיות קריאה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